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0C5D" w:rsidRPr="00012C72" w:rsidRDefault="00892FF0">
      <w:pPr>
        <w:pStyle w:val="Heading1"/>
        <w:rPr>
          <w:rFonts w:ascii="Kinetic Letters Joined" w:hAnsi="Kinetic Letters Joined"/>
          <w:color w:val="000000" w:themeColor="text1"/>
          <w:sz w:val="40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-563880</wp:posOffset>
            </wp:positionH>
            <wp:positionV relativeFrom="paragraph">
              <wp:posOffset>0</wp:posOffset>
            </wp:positionV>
            <wp:extent cx="937260" cy="937260"/>
            <wp:effectExtent l="0" t="0" r="0" b="0"/>
            <wp:wrapTight wrapText="bothSides">
              <wp:wrapPolygon edited="0">
                <wp:start x="0" y="0"/>
                <wp:lineTo x="0" y="21073"/>
                <wp:lineTo x="21073" y="21073"/>
                <wp:lineTo x="2107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3AE8" w:rsidRPr="00012C72">
        <w:rPr>
          <w:rFonts w:ascii="Kinetic Letters Joined" w:hAnsi="Kinetic Letters Joined"/>
          <w:color w:val="000000" w:themeColor="text1"/>
          <w:sz w:val="40"/>
          <w:u w:val="single"/>
        </w:rPr>
        <w:t xml:space="preserve">Primary </w:t>
      </w:r>
      <w:r w:rsidR="00191E39">
        <w:rPr>
          <w:rFonts w:ascii="Kinetic Letters Joined" w:hAnsi="Kinetic Letters Joined"/>
          <w:color w:val="000000" w:themeColor="text1"/>
          <w:sz w:val="40"/>
          <w:u w:val="single"/>
        </w:rPr>
        <w:t>French</w:t>
      </w:r>
      <w:r w:rsidR="00653AE8" w:rsidRPr="00012C72">
        <w:rPr>
          <w:rFonts w:ascii="Kinetic Letters Joined" w:hAnsi="Kinetic Letters Joined"/>
          <w:color w:val="000000" w:themeColor="text1"/>
          <w:sz w:val="40"/>
          <w:u w:val="single"/>
        </w:rPr>
        <w:t xml:space="preserve"> Vocabulary </w:t>
      </w:r>
    </w:p>
    <w:p w:rsidR="00012C72" w:rsidRDefault="00012C72" w:rsidP="00012C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8"/>
        <w:gridCol w:w="5291"/>
        <w:gridCol w:w="6011"/>
      </w:tblGrid>
      <w:tr w:rsidR="00012C72" w:rsidTr="00653AE8">
        <w:tc>
          <w:tcPr>
            <w:tcW w:w="1648" w:type="dxa"/>
          </w:tcPr>
          <w:p w:rsidR="00012C72" w:rsidRPr="00012C72" w:rsidRDefault="00012C72" w:rsidP="00C31CFB">
            <w:pPr>
              <w:rPr>
                <w:rFonts w:ascii="Kinetic Letters Joined" w:hAnsi="Kinetic Letters Joined"/>
                <w:sz w:val="32"/>
              </w:rPr>
            </w:pPr>
            <w:r w:rsidRPr="00012C72">
              <w:rPr>
                <w:rFonts w:ascii="Kinetic Letters Joined" w:hAnsi="Kinetic Letters Joined"/>
                <w:sz w:val="32"/>
              </w:rPr>
              <w:t>Year Group</w:t>
            </w:r>
          </w:p>
        </w:tc>
        <w:tc>
          <w:tcPr>
            <w:tcW w:w="5291" w:type="dxa"/>
          </w:tcPr>
          <w:p w:rsidR="00012C72" w:rsidRPr="00012C72" w:rsidRDefault="00012C72" w:rsidP="00C31CFB">
            <w:pPr>
              <w:rPr>
                <w:rFonts w:ascii="Kinetic Letters Joined" w:hAnsi="Kinetic Letters Joined"/>
                <w:sz w:val="32"/>
              </w:rPr>
            </w:pPr>
            <w:r w:rsidRPr="00012C72">
              <w:rPr>
                <w:rFonts w:ascii="Kinetic Letters Joined" w:hAnsi="Kinetic Letters Joined"/>
                <w:sz w:val="32"/>
              </w:rPr>
              <w:t>National Curriculum Statement</w:t>
            </w:r>
          </w:p>
        </w:tc>
        <w:tc>
          <w:tcPr>
            <w:tcW w:w="6011" w:type="dxa"/>
          </w:tcPr>
          <w:p w:rsidR="00012C72" w:rsidRPr="00012C72" w:rsidRDefault="00012C72" w:rsidP="00C31CFB">
            <w:pPr>
              <w:rPr>
                <w:rFonts w:ascii="Kinetic Letters Joined" w:hAnsi="Kinetic Letters Joined"/>
                <w:sz w:val="32"/>
              </w:rPr>
            </w:pPr>
            <w:r w:rsidRPr="00012C72">
              <w:rPr>
                <w:rFonts w:ascii="Kinetic Letters Joined" w:hAnsi="Kinetic Letters Joined"/>
                <w:sz w:val="32"/>
              </w:rPr>
              <w:t>Vocabulary</w:t>
            </w:r>
          </w:p>
        </w:tc>
      </w:tr>
      <w:tr w:rsidR="00012C72" w:rsidTr="00653AE8">
        <w:tc>
          <w:tcPr>
            <w:tcW w:w="1648" w:type="dxa"/>
          </w:tcPr>
          <w:p w:rsidR="00012C72" w:rsidRPr="00012C72" w:rsidRDefault="00012C72" w:rsidP="00C31CFB">
            <w:pPr>
              <w:rPr>
                <w:rFonts w:ascii="Kinetic Letters Joined" w:hAnsi="Kinetic Letters Joined"/>
                <w:sz w:val="32"/>
              </w:rPr>
            </w:pPr>
            <w:r w:rsidRPr="00012C72">
              <w:rPr>
                <w:rFonts w:ascii="Kinetic Letters Joined" w:hAnsi="Kinetic Letters Joined"/>
                <w:sz w:val="32"/>
              </w:rPr>
              <w:t>EYFS</w:t>
            </w:r>
          </w:p>
        </w:tc>
        <w:tc>
          <w:tcPr>
            <w:tcW w:w="5291" w:type="dxa"/>
          </w:tcPr>
          <w:p w:rsidR="00012C72" w:rsidRPr="00653AE8" w:rsidRDefault="00012C72" w:rsidP="00C31CFB">
            <w:pPr>
              <w:rPr>
                <w:rFonts w:ascii="Kinetic Letters Joined" w:hAnsi="Kinetic Letters Joined"/>
                <w:sz w:val="32"/>
                <w:szCs w:val="32"/>
              </w:rPr>
            </w:pPr>
          </w:p>
        </w:tc>
        <w:tc>
          <w:tcPr>
            <w:tcW w:w="6011" w:type="dxa"/>
          </w:tcPr>
          <w:p w:rsidR="00012C72" w:rsidRPr="00653AE8" w:rsidRDefault="00012C72" w:rsidP="00C31CFB">
            <w:pPr>
              <w:rPr>
                <w:rFonts w:ascii="Kinetic Letters Joined" w:hAnsi="Kinetic Letters Joined"/>
                <w:sz w:val="32"/>
                <w:szCs w:val="32"/>
              </w:rPr>
            </w:pPr>
          </w:p>
        </w:tc>
      </w:tr>
      <w:tr w:rsidR="00653AE8" w:rsidTr="00653AE8">
        <w:tc>
          <w:tcPr>
            <w:tcW w:w="1648" w:type="dxa"/>
          </w:tcPr>
          <w:p w:rsidR="00653AE8" w:rsidRPr="00012C72" w:rsidRDefault="00653AE8" w:rsidP="00653AE8">
            <w:pPr>
              <w:rPr>
                <w:rFonts w:ascii="Kinetic Letters Joined" w:hAnsi="Kinetic Letters Joined"/>
                <w:sz w:val="32"/>
              </w:rPr>
            </w:pPr>
            <w:r w:rsidRPr="00012C72">
              <w:rPr>
                <w:rFonts w:ascii="Kinetic Letters Joined" w:hAnsi="Kinetic Letters Joined"/>
                <w:sz w:val="32"/>
              </w:rPr>
              <w:t>Year 1</w:t>
            </w:r>
          </w:p>
        </w:tc>
        <w:tc>
          <w:tcPr>
            <w:tcW w:w="5291" w:type="dxa"/>
          </w:tcPr>
          <w:p w:rsidR="00653AE8" w:rsidRPr="00653AE8" w:rsidRDefault="00653AE8" w:rsidP="00653AE8">
            <w:pPr>
              <w:rPr>
                <w:rFonts w:ascii="Kinetic Letters Joined" w:hAnsi="Kinetic Letters Joined"/>
                <w:sz w:val="32"/>
                <w:szCs w:val="32"/>
              </w:rPr>
            </w:pPr>
          </w:p>
        </w:tc>
        <w:tc>
          <w:tcPr>
            <w:tcW w:w="6011" w:type="dxa"/>
          </w:tcPr>
          <w:p w:rsidR="00653AE8" w:rsidRPr="00653AE8" w:rsidRDefault="00653AE8" w:rsidP="00653AE8">
            <w:pPr>
              <w:rPr>
                <w:rFonts w:ascii="Kinetic Letters Joined" w:hAnsi="Kinetic Letters Joined"/>
                <w:sz w:val="32"/>
                <w:szCs w:val="32"/>
              </w:rPr>
            </w:pPr>
          </w:p>
        </w:tc>
      </w:tr>
      <w:tr w:rsidR="00653AE8" w:rsidTr="00653AE8">
        <w:tc>
          <w:tcPr>
            <w:tcW w:w="1648" w:type="dxa"/>
          </w:tcPr>
          <w:p w:rsidR="00653AE8" w:rsidRPr="00012C72" w:rsidRDefault="00653AE8" w:rsidP="00653AE8">
            <w:pPr>
              <w:rPr>
                <w:rFonts w:ascii="Kinetic Letters Joined" w:hAnsi="Kinetic Letters Joined"/>
                <w:sz w:val="32"/>
              </w:rPr>
            </w:pPr>
            <w:r w:rsidRPr="00012C72">
              <w:rPr>
                <w:rFonts w:ascii="Kinetic Letters Joined" w:hAnsi="Kinetic Letters Joined"/>
                <w:sz w:val="32"/>
              </w:rPr>
              <w:t>Year 2</w:t>
            </w:r>
          </w:p>
        </w:tc>
        <w:tc>
          <w:tcPr>
            <w:tcW w:w="5291" w:type="dxa"/>
          </w:tcPr>
          <w:p w:rsidR="00653AE8" w:rsidRPr="00653AE8" w:rsidRDefault="00653AE8" w:rsidP="00653AE8">
            <w:pPr>
              <w:rPr>
                <w:rFonts w:ascii="Kinetic Letters Joined" w:hAnsi="Kinetic Letters Joined"/>
                <w:sz w:val="32"/>
                <w:szCs w:val="32"/>
              </w:rPr>
            </w:pPr>
          </w:p>
        </w:tc>
        <w:tc>
          <w:tcPr>
            <w:tcW w:w="6011" w:type="dxa"/>
          </w:tcPr>
          <w:p w:rsidR="00653AE8" w:rsidRPr="00653AE8" w:rsidRDefault="00653AE8" w:rsidP="00653AE8">
            <w:pPr>
              <w:rPr>
                <w:rFonts w:ascii="Kinetic Letters Joined" w:hAnsi="Kinetic Letters Joined"/>
                <w:sz w:val="32"/>
                <w:szCs w:val="32"/>
              </w:rPr>
            </w:pPr>
          </w:p>
        </w:tc>
      </w:tr>
      <w:tr w:rsidR="0044206D" w:rsidTr="00653AE8">
        <w:tc>
          <w:tcPr>
            <w:tcW w:w="1648" w:type="dxa"/>
          </w:tcPr>
          <w:p w:rsidR="0044206D" w:rsidRPr="00012C72" w:rsidRDefault="0044206D" w:rsidP="0044206D">
            <w:pPr>
              <w:rPr>
                <w:rFonts w:ascii="Kinetic Letters Joined" w:hAnsi="Kinetic Letters Joined"/>
                <w:sz w:val="32"/>
              </w:rPr>
            </w:pPr>
            <w:bookmarkStart w:id="0" w:name="_GoBack" w:colFirst="1" w:colLast="2"/>
            <w:r w:rsidRPr="00012C72">
              <w:rPr>
                <w:rFonts w:ascii="Kinetic Letters Joined" w:hAnsi="Kinetic Letters Joined"/>
                <w:sz w:val="32"/>
              </w:rPr>
              <w:t>Year 3</w:t>
            </w:r>
          </w:p>
        </w:tc>
        <w:tc>
          <w:tcPr>
            <w:tcW w:w="5291" w:type="dxa"/>
          </w:tcPr>
          <w:p w:rsidR="0044206D" w:rsidRPr="0044206D" w:rsidRDefault="0044206D" w:rsidP="0044206D">
            <w:pPr>
              <w:rPr>
                <w:rFonts w:ascii="Kinetic Letters Joined" w:hAnsi="Kinetic Letters Joined"/>
                <w:sz w:val="32"/>
              </w:rPr>
            </w:pPr>
            <w:r w:rsidRPr="0044206D">
              <w:rPr>
                <w:rFonts w:ascii="Kinetic Letters Joined" w:hAnsi="Kinetic Letters Joined"/>
                <w:sz w:val="32"/>
              </w:rPr>
              <w:t>Build foundations in a single language with balanced speaking and writing; understand and communicate ideas on familiar, routine matters; explore patterns and sounds through songs/rhymes; begin to speak in simple sentences and develop accurate pronunciation. (NC KS2 Languages)</w:t>
            </w:r>
          </w:p>
        </w:tc>
        <w:tc>
          <w:tcPr>
            <w:tcW w:w="6011" w:type="dxa"/>
          </w:tcPr>
          <w:p w:rsidR="0044206D" w:rsidRPr="0044206D" w:rsidRDefault="0044206D" w:rsidP="0044206D">
            <w:pPr>
              <w:rPr>
                <w:rFonts w:ascii="Kinetic Letters Joined" w:hAnsi="Kinetic Letters Joined"/>
                <w:sz w:val="32"/>
              </w:rPr>
            </w:pP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salut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, bonjour, au revoir,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s’il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vous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pla</w:t>
            </w:r>
            <w:r w:rsidRPr="0044206D">
              <w:rPr>
                <w:rFonts w:ascii="Calibri" w:hAnsi="Calibri" w:cs="Calibri"/>
                <w:sz w:val="32"/>
              </w:rPr>
              <w:t>î</w:t>
            </w:r>
            <w:r w:rsidRPr="0044206D">
              <w:rPr>
                <w:rFonts w:ascii="Kinetic Letters Joined" w:hAnsi="Kinetic Letters Joined"/>
                <w:sz w:val="32"/>
              </w:rPr>
              <w:t>t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, merci,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oui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/non; je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m</w:t>
            </w:r>
            <w:r w:rsidRPr="0044206D">
              <w:rPr>
                <w:rFonts w:ascii="Kinetic Letters Joined" w:hAnsi="Kinetic Letters Joined" w:cs="Kinetic Letters Joined"/>
                <w:sz w:val="32"/>
              </w:rPr>
              <w:t>’</w:t>
            </w:r>
            <w:r w:rsidRPr="0044206D">
              <w:rPr>
                <w:rFonts w:ascii="Kinetic Letters Joined" w:hAnsi="Kinetic Letters Joined"/>
                <w:sz w:val="32"/>
              </w:rPr>
              <w:t>appelle</w:t>
            </w:r>
            <w:proofErr w:type="spellEnd"/>
            <w:r w:rsidRPr="0044206D">
              <w:rPr>
                <w:rFonts w:ascii="Courier New" w:hAnsi="Courier New" w:cs="Courier New"/>
                <w:sz w:val="32"/>
              </w:rPr>
              <w:t>…</w:t>
            </w:r>
            <w:r w:rsidRPr="0044206D">
              <w:rPr>
                <w:rFonts w:ascii="Kinetic Letters Joined" w:hAnsi="Kinetic Letters Joined"/>
                <w:sz w:val="32"/>
              </w:rPr>
              <w:t xml:space="preserve">,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j</w:t>
            </w:r>
            <w:r w:rsidRPr="0044206D">
              <w:rPr>
                <w:rFonts w:ascii="Kinetic Letters Joined" w:hAnsi="Kinetic Letters Joined" w:cs="Kinetic Letters Joined"/>
                <w:sz w:val="32"/>
              </w:rPr>
              <w:t>’</w:t>
            </w:r>
            <w:r w:rsidRPr="0044206D">
              <w:rPr>
                <w:rFonts w:ascii="Kinetic Letters Joined" w:hAnsi="Kinetic Letters Joined"/>
                <w:sz w:val="32"/>
              </w:rPr>
              <w:t>ai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</w:t>
            </w:r>
            <w:r w:rsidRPr="0044206D">
              <w:rPr>
                <w:rFonts w:ascii="Courier New" w:hAnsi="Courier New" w:cs="Courier New"/>
                <w:sz w:val="32"/>
              </w:rPr>
              <w:t>…</w:t>
            </w:r>
            <w:r w:rsidRPr="0044206D">
              <w:rPr>
                <w:rFonts w:ascii="Kinetic Letters Joined" w:hAnsi="Kinetic Letters Joined"/>
                <w:sz w:val="32"/>
              </w:rPr>
              <w:t xml:space="preserve">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ans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>; un/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une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, le/la/les; les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nombres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0</w:t>
            </w:r>
            <w:r w:rsidRPr="0044206D">
              <w:rPr>
                <w:rFonts w:ascii="Courier New" w:hAnsi="Courier New" w:cs="Courier New"/>
                <w:sz w:val="32"/>
              </w:rPr>
              <w:t>–</w:t>
            </w:r>
            <w:r w:rsidRPr="0044206D">
              <w:rPr>
                <w:rFonts w:ascii="Kinetic Letters Joined" w:hAnsi="Kinetic Letters Joined"/>
                <w:sz w:val="32"/>
              </w:rPr>
              <w:t xml:space="preserve">20; les couleurs;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c</w:t>
            </w:r>
            <w:r w:rsidRPr="0044206D">
              <w:rPr>
                <w:rFonts w:ascii="Kinetic Letters Joined" w:hAnsi="Kinetic Letters Joined" w:cs="Kinetic Letters Joined"/>
                <w:sz w:val="32"/>
              </w:rPr>
              <w:t>’</w:t>
            </w:r>
            <w:r w:rsidRPr="0044206D">
              <w:rPr>
                <w:rFonts w:ascii="Kinetic Letters Joined" w:hAnsi="Kinetic Letters Joined"/>
                <w:sz w:val="32"/>
              </w:rPr>
              <w:t>est</w:t>
            </w:r>
            <w:proofErr w:type="spellEnd"/>
            <w:r w:rsidRPr="0044206D">
              <w:rPr>
                <w:rFonts w:ascii="Courier New" w:hAnsi="Courier New" w:cs="Courier New"/>
                <w:sz w:val="32"/>
              </w:rPr>
              <w:t>…</w:t>
            </w:r>
            <w:r w:rsidRPr="0044206D">
              <w:rPr>
                <w:rFonts w:ascii="Kinetic Letters Joined" w:hAnsi="Kinetic Letters Joined"/>
                <w:sz w:val="32"/>
              </w:rPr>
              <w:t xml:space="preserve">;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o</w:t>
            </w:r>
            <w:r w:rsidRPr="0044206D">
              <w:rPr>
                <w:rFonts w:ascii="Calibri" w:hAnsi="Calibri" w:cs="Calibri"/>
                <w:sz w:val="32"/>
              </w:rPr>
              <w:t>ù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? </w:t>
            </w:r>
            <w:proofErr w:type="gramStart"/>
            <w:r w:rsidRPr="0044206D">
              <w:rPr>
                <w:rFonts w:ascii="Kinetic Letters Joined" w:hAnsi="Kinetic Letters Joined"/>
                <w:sz w:val="32"/>
              </w:rPr>
              <w:t>qui?;</w:t>
            </w:r>
            <w:proofErr w:type="gramEnd"/>
            <w:r w:rsidRPr="0044206D">
              <w:rPr>
                <w:rFonts w:ascii="Kinetic Letters Joined" w:hAnsi="Kinetic Letters Joined"/>
                <w:sz w:val="32"/>
              </w:rPr>
              <w:t xml:space="preserve"> la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classe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: un crayon, un cahier; la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famille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: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m</w:t>
            </w:r>
            <w:r w:rsidRPr="0044206D">
              <w:rPr>
                <w:rFonts w:ascii="Calibri" w:hAnsi="Calibri" w:cs="Calibri"/>
                <w:sz w:val="32"/>
              </w:rPr>
              <w:t>è</w:t>
            </w:r>
            <w:r w:rsidRPr="0044206D">
              <w:rPr>
                <w:rFonts w:ascii="Kinetic Letters Joined" w:hAnsi="Kinetic Letters Joined"/>
                <w:sz w:val="32"/>
              </w:rPr>
              <w:t>re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,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p</w:t>
            </w:r>
            <w:r w:rsidRPr="0044206D">
              <w:rPr>
                <w:rFonts w:ascii="Calibri" w:hAnsi="Calibri" w:cs="Calibri"/>
                <w:sz w:val="32"/>
              </w:rPr>
              <w:t>è</w:t>
            </w:r>
            <w:r w:rsidRPr="0044206D">
              <w:rPr>
                <w:rFonts w:ascii="Kinetic Letters Joined" w:hAnsi="Kinetic Letters Joined"/>
                <w:sz w:val="32"/>
              </w:rPr>
              <w:t>re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; les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jours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, les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mois</w:t>
            </w:r>
            <w:proofErr w:type="spellEnd"/>
          </w:p>
        </w:tc>
      </w:tr>
      <w:tr w:rsidR="0044206D" w:rsidTr="00653AE8">
        <w:tc>
          <w:tcPr>
            <w:tcW w:w="1648" w:type="dxa"/>
          </w:tcPr>
          <w:p w:rsidR="0044206D" w:rsidRPr="00012C72" w:rsidRDefault="0044206D" w:rsidP="0044206D">
            <w:pPr>
              <w:rPr>
                <w:rFonts w:ascii="Kinetic Letters Joined" w:hAnsi="Kinetic Letters Joined"/>
                <w:sz w:val="32"/>
              </w:rPr>
            </w:pPr>
            <w:r w:rsidRPr="00012C72">
              <w:rPr>
                <w:rFonts w:ascii="Kinetic Letters Joined" w:hAnsi="Kinetic Letters Joined"/>
                <w:sz w:val="32"/>
              </w:rPr>
              <w:t>Year 4</w:t>
            </w:r>
          </w:p>
        </w:tc>
        <w:tc>
          <w:tcPr>
            <w:tcW w:w="5291" w:type="dxa"/>
          </w:tcPr>
          <w:p w:rsidR="0044206D" w:rsidRPr="0044206D" w:rsidRDefault="0044206D" w:rsidP="0044206D">
            <w:pPr>
              <w:rPr>
                <w:rFonts w:ascii="Kinetic Letters Joined" w:hAnsi="Kinetic Letters Joined"/>
                <w:sz w:val="32"/>
              </w:rPr>
            </w:pPr>
            <w:r w:rsidRPr="0044206D">
              <w:rPr>
                <w:rFonts w:ascii="Kinetic Letters Joined" w:hAnsi="Kinetic Letters Joined"/>
                <w:sz w:val="32"/>
              </w:rPr>
              <w:t>Engage in conversations (ask/answer questions, express opinions, seek clarification); speak in sentences using familiar vocabulary and basic structures; present ideas orally; read carefully and show understanding of words/phrases. (NC KS2 Languages)</w:t>
            </w:r>
          </w:p>
        </w:tc>
        <w:tc>
          <w:tcPr>
            <w:tcW w:w="6011" w:type="dxa"/>
          </w:tcPr>
          <w:p w:rsidR="0044206D" w:rsidRPr="0044206D" w:rsidRDefault="0044206D" w:rsidP="0044206D">
            <w:pPr>
              <w:rPr>
                <w:rFonts w:ascii="Kinetic Letters Joined" w:hAnsi="Kinetic Letters Joined"/>
                <w:sz w:val="32"/>
              </w:rPr>
            </w:pPr>
            <w:r w:rsidRPr="0044206D">
              <w:rPr>
                <w:rFonts w:ascii="Kinetic Letters Joined" w:hAnsi="Kinetic Letters Joined"/>
                <w:sz w:val="32"/>
              </w:rPr>
              <w:t xml:space="preserve">comment </w:t>
            </w:r>
            <w:proofErr w:type="spellStart"/>
            <w:r w:rsidRPr="0044206D">
              <w:rPr>
                <w:rFonts w:ascii="Calibri" w:hAnsi="Calibri" w:cs="Calibri"/>
                <w:sz w:val="32"/>
              </w:rPr>
              <w:t>ç</w:t>
            </w:r>
            <w:r w:rsidRPr="0044206D">
              <w:rPr>
                <w:rFonts w:ascii="Kinetic Letters Joined" w:hAnsi="Kinetic Letters Joined"/>
                <w:sz w:val="32"/>
              </w:rPr>
              <w:t>a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va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? </w:t>
            </w:r>
            <w:proofErr w:type="spellStart"/>
            <w:r w:rsidRPr="0044206D">
              <w:rPr>
                <w:rFonts w:ascii="Calibri" w:hAnsi="Calibri" w:cs="Calibri"/>
                <w:sz w:val="32"/>
              </w:rPr>
              <w:t>ç</w:t>
            </w:r>
            <w:r w:rsidRPr="0044206D">
              <w:rPr>
                <w:rFonts w:ascii="Kinetic Letters Joined" w:hAnsi="Kinetic Letters Joined"/>
                <w:sz w:val="32"/>
              </w:rPr>
              <w:t>a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va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bien/mal;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j’aime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/je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n’aime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pas; je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pr</w:t>
            </w:r>
            <w:r w:rsidRPr="0044206D">
              <w:rPr>
                <w:rFonts w:ascii="Calibri" w:hAnsi="Calibri" w:cs="Calibri"/>
                <w:sz w:val="32"/>
              </w:rPr>
              <w:t>é</w:t>
            </w:r>
            <w:r w:rsidRPr="0044206D">
              <w:rPr>
                <w:rFonts w:ascii="Kinetic Letters Joined" w:hAnsi="Kinetic Letters Joined"/>
                <w:sz w:val="32"/>
              </w:rPr>
              <w:t>f</w:t>
            </w:r>
            <w:r w:rsidRPr="0044206D">
              <w:rPr>
                <w:rFonts w:ascii="Calibri" w:hAnsi="Calibri" w:cs="Calibri"/>
                <w:sz w:val="32"/>
              </w:rPr>
              <w:t>è</w:t>
            </w:r>
            <w:r w:rsidRPr="0044206D">
              <w:rPr>
                <w:rFonts w:ascii="Kinetic Letters Joined" w:hAnsi="Kinetic Letters Joined"/>
                <w:sz w:val="32"/>
              </w:rPr>
              <w:t>re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;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parce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que;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o</w:t>
            </w:r>
            <w:r w:rsidRPr="0044206D">
              <w:rPr>
                <w:rFonts w:ascii="Calibri" w:hAnsi="Calibri" w:cs="Calibri"/>
                <w:sz w:val="32"/>
              </w:rPr>
              <w:t>ù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habites</w:t>
            </w:r>
            <w:r w:rsidRPr="0044206D">
              <w:rPr>
                <w:rFonts w:ascii="Cambria Math" w:hAnsi="Cambria Math" w:cs="Cambria Math"/>
                <w:sz w:val="32"/>
              </w:rPr>
              <w:t>‑</w:t>
            </w:r>
            <w:r w:rsidRPr="0044206D">
              <w:rPr>
                <w:rFonts w:ascii="Kinetic Letters Joined" w:hAnsi="Kinetic Letters Joined"/>
                <w:sz w:val="32"/>
              </w:rPr>
              <w:t>tu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?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j</w:t>
            </w:r>
            <w:r w:rsidRPr="0044206D">
              <w:rPr>
                <w:rFonts w:ascii="Kinetic Letters Joined" w:hAnsi="Kinetic Letters Joined" w:cs="Kinetic Letters Joined"/>
                <w:sz w:val="32"/>
              </w:rPr>
              <w:t>’</w:t>
            </w:r>
            <w:r w:rsidRPr="0044206D">
              <w:rPr>
                <w:rFonts w:ascii="Kinetic Letters Joined" w:hAnsi="Kinetic Letters Joined"/>
                <w:sz w:val="32"/>
              </w:rPr>
              <w:t>habite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</w:t>
            </w:r>
            <w:r w:rsidRPr="0044206D">
              <w:rPr>
                <w:rFonts w:ascii="Calibri" w:hAnsi="Calibri" w:cs="Calibri"/>
                <w:sz w:val="32"/>
              </w:rPr>
              <w:t>à…</w:t>
            </w:r>
            <w:r w:rsidRPr="0044206D">
              <w:rPr>
                <w:rFonts w:ascii="Kinetic Letters Joined" w:hAnsi="Kinetic Letters Joined"/>
                <w:sz w:val="32"/>
              </w:rPr>
              <w:t xml:space="preserve">;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il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y a/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il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n</w:t>
            </w:r>
            <w:r w:rsidRPr="0044206D">
              <w:rPr>
                <w:rFonts w:ascii="Kinetic Letters Joined" w:hAnsi="Kinetic Letters Joined" w:cs="Kinetic Letters Joined"/>
                <w:sz w:val="32"/>
              </w:rPr>
              <w:t>’</w:t>
            </w:r>
            <w:r w:rsidRPr="0044206D">
              <w:rPr>
                <w:rFonts w:ascii="Kinetic Letters Joined" w:hAnsi="Kinetic Letters Joined"/>
                <w:sz w:val="32"/>
              </w:rPr>
              <w:t>y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a pas de</w:t>
            </w:r>
            <w:r w:rsidRPr="0044206D">
              <w:rPr>
                <w:rFonts w:ascii="Courier New" w:hAnsi="Courier New" w:cs="Courier New"/>
                <w:sz w:val="32"/>
              </w:rPr>
              <w:t>…</w:t>
            </w:r>
            <w:r w:rsidRPr="0044206D">
              <w:rPr>
                <w:rFonts w:ascii="Kinetic Letters Joined" w:hAnsi="Kinetic Letters Joined"/>
                <w:sz w:val="32"/>
              </w:rPr>
              <w:t xml:space="preserve">; plurals &amp; articles (des, du/de la); accords de couleur; les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animaux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, la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maison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, la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ville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; les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nombres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0</w:t>
            </w:r>
            <w:r w:rsidRPr="0044206D">
              <w:rPr>
                <w:rFonts w:ascii="Courier New" w:hAnsi="Courier New" w:cs="Courier New"/>
                <w:sz w:val="32"/>
              </w:rPr>
              <w:t>–</w:t>
            </w:r>
            <w:r w:rsidRPr="0044206D">
              <w:rPr>
                <w:rFonts w:ascii="Kinetic Letters Joined" w:hAnsi="Kinetic Letters Joined"/>
                <w:sz w:val="32"/>
              </w:rPr>
              <w:t xml:space="preserve">60; </w:t>
            </w:r>
            <w:r w:rsidRPr="0044206D">
              <w:rPr>
                <w:rFonts w:ascii="Calibri" w:hAnsi="Calibri" w:cs="Calibri"/>
                <w:sz w:val="32"/>
              </w:rPr>
              <w:t>à</w:t>
            </w:r>
            <w:r w:rsidRPr="0044206D">
              <w:rPr>
                <w:rFonts w:ascii="Kinetic Letters Joined" w:hAnsi="Kinetic Letters Joined"/>
                <w:sz w:val="32"/>
              </w:rPr>
              <w:t>, au, aux</w:t>
            </w:r>
          </w:p>
        </w:tc>
      </w:tr>
      <w:tr w:rsidR="0044206D" w:rsidTr="00653AE8">
        <w:tc>
          <w:tcPr>
            <w:tcW w:w="1648" w:type="dxa"/>
          </w:tcPr>
          <w:p w:rsidR="0044206D" w:rsidRPr="00012C72" w:rsidRDefault="0044206D" w:rsidP="0044206D">
            <w:pPr>
              <w:rPr>
                <w:rFonts w:ascii="Kinetic Letters Joined" w:hAnsi="Kinetic Letters Joined"/>
                <w:sz w:val="32"/>
              </w:rPr>
            </w:pPr>
            <w:r w:rsidRPr="00012C72">
              <w:rPr>
                <w:rFonts w:ascii="Kinetic Letters Joined" w:hAnsi="Kinetic Letters Joined"/>
                <w:sz w:val="32"/>
              </w:rPr>
              <w:t>Year 5</w:t>
            </w:r>
          </w:p>
        </w:tc>
        <w:tc>
          <w:tcPr>
            <w:tcW w:w="5291" w:type="dxa"/>
          </w:tcPr>
          <w:p w:rsidR="0044206D" w:rsidRPr="0044206D" w:rsidRDefault="0044206D" w:rsidP="0044206D">
            <w:pPr>
              <w:rPr>
                <w:rFonts w:ascii="Kinetic Letters Joined" w:hAnsi="Kinetic Letters Joined"/>
                <w:sz w:val="32"/>
              </w:rPr>
            </w:pPr>
            <w:r w:rsidRPr="0044206D">
              <w:rPr>
                <w:rFonts w:ascii="Kinetic Letters Joined" w:hAnsi="Kinetic Letters Joined"/>
                <w:sz w:val="32"/>
              </w:rPr>
              <w:t xml:space="preserve">Develop accurate pronunciation/intonation; write phrases from memory and adapt to create new sentences; use a dictionary; describe people, places, </w:t>
            </w:r>
            <w:r w:rsidRPr="0044206D">
              <w:rPr>
                <w:rFonts w:ascii="Kinetic Letters Joined" w:hAnsi="Kinetic Letters Joined"/>
                <w:sz w:val="32"/>
              </w:rPr>
              <w:lastRenderedPageBreak/>
              <w:t>things and actions orally and in writing; broaden vocabulary and understand new words in context. (NC KS2 Languages)</w:t>
            </w:r>
          </w:p>
        </w:tc>
        <w:tc>
          <w:tcPr>
            <w:tcW w:w="6011" w:type="dxa"/>
          </w:tcPr>
          <w:p w:rsidR="0044206D" w:rsidRPr="0044206D" w:rsidRDefault="0044206D" w:rsidP="0044206D">
            <w:pPr>
              <w:rPr>
                <w:rFonts w:ascii="Kinetic Letters Joined" w:hAnsi="Kinetic Letters Joined"/>
                <w:sz w:val="32"/>
              </w:rPr>
            </w:pPr>
            <w:proofErr w:type="spellStart"/>
            <w:r w:rsidRPr="0044206D">
              <w:rPr>
                <w:rFonts w:ascii="Kinetic Letters Joined" w:hAnsi="Kinetic Letters Joined"/>
                <w:sz w:val="32"/>
              </w:rPr>
              <w:lastRenderedPageBreak/>
              <w:t>d</w:t>
            </w:r>
            <w:r w:rsidRPr="0044206D">
              <w:rPr>
                <w:rFonts w:ascii="Calibri" w:hAnsi="Calibri" w:cs="Calibri"/>
                <w:sz w:val="32"/>
              </w:rPr>
              <w:t>é</w:t>
            </w:r>
            <w:r w:rsidRPr="0044206D">
              <w:rPr>
                <w:rFonts w:ascii="Kinetic Letters Joined" w:hAnsi="Kinetic Letters Joined"/>
                <w:sz w:val="32"/>
              </w:rPr>
              <w:t>crire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: grand/petit, les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cheveux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(longs/courts), les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yeux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; porter: je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porte</w:t>
            </w:r>
            <w:proofErr w:type="spellEnd"/>
            <w:r w:rsidRPr="0044206D">
              <w:rPr>
                <w:rFonts w:ascii="Courier New" w:hAnsi="Courier New" w:cs="Courier New"/>
                <w:sz w:val="32"/>
              </w:rPr>
              <w:t>…</w:t>
            </w:r>
            <w:r w:rsidRPr="0044206D">
              <w:rPr>
                <w:rFonts w:ascii="Kinetic Letters Joined" w:hAnsi="Kinetic Letters Joined"/>
                <w:sz w:val="32"/>
              </w:rPr>
              <w:t xml:space="preserve">, un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pantalon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,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une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jupe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; la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m</w:t>
            </w:r>
            <w:r w:rsidRPr="0044206D">
              <w:rPr>
                <w:rFonts w:ascii="Calibri" w:hAnsi="Calibri" w:cs="Calibri"/>
                <w:sz w:val="32"/>
              </w:rPr>
              <w:t>é</w:t>
            </w:r>
            <w:r w:rsidRPr="0044206D">
              <w:rPr>
                <w:rFonts w:ascii="Kinetic Letters Joined" w:hAnsi="Kinetic Letters Joined"/>
                <w:sz w:val="32"/>
              </w:rPr>
              <w:t>t</w:t>
            </w:r>
            <w:r w:rsidRPr="0044206D">
              <w:rPr>
                <w:rFonts w:ascii="Calibri" w:hAnsi="Calibri" w:cs="Calibri"/>
                <w:sz w:val="32"/>
              </w:rPr>
              <w:t>é</w:t>
            </w:r>
            <w:r w:rsidRPr="0044206D">
              <w:rPr>
                <w:rFonts w:ascii="Kinetic Letters Joined" w:hAnsi="Kinetic Letters Joined"/>
                <w:sz w:val="32"/>
              </w:rPr>
              <w:t>o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: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il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fait beau/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froid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>/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chaud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; le temps: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hier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>/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aujourd</w:t>
            </w:r>
            <w:r w:rsidRPr="0044206D">
              <w:rPr>
                <w:rFonts w:ascii="Kinetic Letters Joined" w:hAnsi="Kinetic Letters Joined" w:cs="Kinetic Letters Joined"/>
                <w:sz w:val="32"/>
              </w:rPr>
              <w:t>’</w:t>
            </w:r>
            <w:r w:rsidRPr="0044206D">
              <w:rPr>
                <w:rFonts w:ascii="Kinetic Letters Joined" w:hAnsi="Kinetic Letters Joined"/>
                <w:sz w:val="32"/>
              </w:rPr>
              <w:t>hui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>/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demain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;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verbes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</w:t>
            </w:r>
            <w:r w:rsidRPr="0044206D">
              <w:rPr>
                <w:rFonts w:ascii="Calibri" w:hAnsi="Calibri" w:cs="Calibri"/>
                <w:sz w:val="32"/>
              </w:rPr>
              <w:t>à</w:t>
            </w:r>
            <w:r w:rsidRPr="0044206D">
              <w:rPr>
                <w:rFonts w:ascii="Kinetic Letters Joined" w:hAnsi="Kinetic Letters Joined"/>
                <w:sz w:val="32"/>
              </w:rPr>
              <w:t xml:space="preserve"> </w:t>
            </w:r>
            <w:r w:rsidRPr="0044206D">
              <w:rPr>
                <w:rFonts w:ascii="Kinetic Letters Joined" w:hAnsi="Kinetic Letters Joined"/>
                <w:sz w:val="32"/>
              </w:rPr>
              <w:lastRenderedPageBreak/>
              <w:t xml:space="preserve">haute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fr</w:t>
            </w:r>
            <w:r w:rsidRPr="0044206D">
              <w:rPr>
                <w:rFonts w:ascii="Calibri" w:hAnsi="Calibri" w:cs="Calibri"/>
                <w:sz w:val="32"/>
              </w:rPr>
              <w:t>é</w:t>
            </w:r>
            <w:r w:rsidRPr="0044206D">
              <w:rPr>
                <w:rFonts w:ascii="Kinetic Letters Joined" w:hAnsi="Kinetic Letters Joined"/>
                <w:sz w:val="32"/>
              </w:rPr>
              <w:t>quence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: </w:t>
            </w:r>
            <w:proofErr w:type="spellStart"/>
            <w:r w:rsidRPr="0044206D">
              <w:rPr>
                <w:rFonts w:ascii="Calibri" w:hAnsi="Calibri" w:cs="Calibri"/>
                <w:sz w:val="32"/>
              </w:rPr>
              <w:t>ê</w:t>
            </w:r>
            <w:r w:rsidRPr="0044206D">
              <w:rPr>
                <w:rFonts w:ascii="Kinetic Letters Joined" w:hAnsi="Kinetic Letters Joined"/>
                <w:sz w:val="32"/>
              </w:rPr>
              <w:t>tre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,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avoir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,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aller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>, faire (je/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tu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>/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il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>/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elle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/nous);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loisirs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: je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joue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/je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fais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;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nourriture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&amp;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boissons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; opinion +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infinitif</w:t>
            </w:r>
            <w:proofErr w:type="spellEnd"/>
          </w:p>
        </w:tc>
      </w:tr>
      <w:tr w:rsidR="0044206D" w:rsidTr="00653AE8">
        <w:tc>
          <w:tcPr>
            <w:tcW w:w="1648" w:type="dxa"/>
          </w:tcPr>
          <w:p w:rsidR="0044206D" w:rsidRPr="00012C72" w:rsidRDefault="0044206D" w:rsidP="0044206D">
            <w:pPr>
              <w:rPr>
                <w:rFonts w:ascii="Kinetic Letters Joined" w:hAnsi="Kinetic Letters Joined"/>
                <w:sz w:val="32"/>
              </w:rPr>
            </w:pPr>
            <w:r w:rsidRPr="00012C72">
              <w:rPr>
                <w:rFonts w:ascii="Kinetic Letters Joined" w:hAnsi="Kinetic Letters Joined"/>
                <w:sz w:val="32"/>
              </w:rPr>
              <w:lastRenderedPageBreak/>
              <w:t>Year 6</w:t>
            </w:r>
          </w:p>
        </w:tc>
        <w:tc>
          <w:tcPr>
            <w:tcW w:w="5291" w:type="dxa"/>
          </w:tcPr>
          <w:p w:rsidR="0044206D" w:rsidRPr="0044206D" w:rsidRDefault="0044206D" w:rsidP="0044206D">
            <w:pPr>
              <w:rPr>
                <w:rFonts w:ascii="Kinetic Letters Joined" w:hAnsi="Kinetic Letters Joined"/>
                <w:sz w:val="32"/>
              </w:rPr>
            </w:pPr>
            <w:r w:rsidRPr="0044206D">
              <w:rPr>
                <w:rFonts w:ascii="Kinetic Letters Joined" w:hAnsi="Kinetic Letters Joined"/>
                <w:sz w:val="32"/>
              </w:rPr>
              <w:t>Use running language skills with increasing confidence and control; write at varying length for different purposes; understand and use basic grammar (gender, number, high</w:t>
            </w:r>
            <w:r w:rsidRPr="0044206D">
              <w:rPr>
                <w:rFonts w:ascii="Cambria Math" w:hAnsi="Cambria Math" w:cs="Cambria Math"/>
                <w:sz w:val="32"/>
              </w:rPr>
              <w:t>‑</w:t>
            </w:r>
            <w:r w:rsidRPr="0044206D">
              <w:rPr>
                <w:rFonts w:ascii="Kinetic Letters Joined" w:hAnsi="Kinetic Letters Joined"/>
                <w:sz w:val="32"/>
              </w:rPr>
              <w:t>frequency verb conjugations, sentence building); compare performance and improve. (NC KS2 Languages)</w:t>
            </w:r>
          </w:p>
        </w:tc>
        <w:tc>
          <w:tcPr>
            <w:tcW w:w="6011" w:type="dxa"/>
          </w:tcPr>
          <w:p w:rsidR="0044206D" w:rsidRPr="0044206D" w:rsidRDefault="0044206D" w:rsidP="0044206D">
            <w:pPr>
              <w:rPr>
                <w:rFonts w:ascii="Kinetic Letters Joined" w:hAnsi="Kinetic Letters Joined"/>
                <w:sz w:val="32"/>
              </w:rPr>
            </w:pPr>
            <w:r w:rsidRPr="0044206D">
              <w:rPr>
                <w:rFonts w:ascii="Kinetic Letters Joined" w:hAnsi="Kinetic Letters Joined"/>
                <w:sz w:val="32"/>
              </w:rPr>
              <w:t xml:space="preserve">au restaurant: je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voudrais</w:t>
            </w:r>
            <w:proofErr w:type="spellEnd"/>
            <w:r w:rsidRPr="0044206D">
              <w:rPr>
                <w:rFonts w:ascii="Courier New" w:hAnsi="Courier New" w:cs="Courier New"/>
                <w:sz w:val="32"/>
              </w:rPr>
              <w:t>…</w:t>
            </w:r>
            <w:r w:rsidRPr="0044206D">
              <w:rPr>
                <w:rFonts w:ascii="Kinetic Letters Joined" w:hAnsi="Kinetic Letters Joined"/>
                <w:sz w:val="32"/>
              </w:rPr>
              <w:t xml:space="preserve">,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l</w:t>
            </w:r>
            <w:r w:rsidRPr="0044206D">
              <w:rPr>
                <w:rFonts w:ascii="Kinetic Letters Joined" w:hAnsi="Kinetic Letters Joined" w:cs="Kinetic Letters Joined"/>
                <w:sz w:val="32"/>
              </w:rPr>
              <w:t>’</w:t>
            </w:r>
            <w:r w:rsidRPr="0044206D">
              <w:rPr>
                <w:rFonts w:ascii="Kinetic Letters Joined" w:hAnsi="Kinetic Letters Joined"/>
                <w:sz w:val="32"/>
              </w:rPr>
              <w:t>addition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s</w:t>
            </w:r>
            <w:r w:rsidRPr="0044206D">
              <w:rPr>
                <w:rFonts w:ascii="Kinetic Letters Joined" w:hAnsi="Kinetic Letters Joined" w:cs="Kinetic Letters Joined"/>
                <w:sz w:val="32"/>
              </w:rPr>
              <w:t>’</w:t>
            </w:r>
            <w:r w:rsidRPr="0044206D">
              <w:rPr>
                <w:rFonts w:ascii="Kinetic Letters Joined" w:hAnsi="Kinetic Letters Joined"/>
                <w:sz w:val="32"/>
              </w:rPr>
              <w:t>il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vous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pla</w:t>
            </w:r>
            <w:r w:rsidRPr="0044206D">
              <w:rPr>
                <w:rFonts w:ascii="Calibri" w:hAnsi="Calibri" w:cs="Calibri"/>
                <w:sz w:val="32"/>
              </w:rPr>
              <w:t>î</w:t>
            </w:r>
            <w:r w:rsidRPr="0044206D">
              <w:rPr>
                <w:rFonts w:ascii="Kinetic Letters Joined" w:hAnsi="Kinetic Letters Joined"/>
                <w:sz w:val="32"/>
              </w:rPr>
              <w:t>t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; </w:t>
            </w:r>
            <w:r w:rsidRPr="0044206D">
              <w:rPr>
                <w:rFonts w:ascii="Calibri" w:hAnsi="Calibri" w:cs="Calibri"/>
                <w:sz w:val="32"/>
              </w:rPr>
              <w:t>à</w:t>
            </w:r>
            <w:r w:rsidRPr="0044206D">
              <w:rPr>
                <w:rFonts w:ascii="Kinetic Letters Joined" w:hAnsi="Kinetic Letters Joined"/>
                <w:sz w:val="32"/>
              </w:rPr>
              <w:t xml:space="preserve">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l</w:t>
            </w:r>
            <w:r w:rsidRPr="0044206D">
              <w:rPr>
                <w:rFonts w:ascii="Kinetic Letters Joined" w:hAnsi="Kinetic Letters Joined" w:cs="Kinetic Letters Joined"/>
                <w:sz w:val="32"/>
              </w:rPr>
              <w:t>’</w:t>
            </w:r>
            <w:r w:rsidRPr="0044206D">
              <w:rPr>
                <w:rFonts w:ascii="Calibri" w:hAnsi="Calibri" w:cs="Calibri"/>
                <w:sz w:val="32"/>
              </w:rPr>
              <w:t>é</w:t>
            </w:r>
            <w:r w:rsidRPr="0044206D">
              <w:rPr>
                <w:rFonts w:ascii="Kinetic Letters Joined" w:hAnsi="Kinetic Letters Joined"/>
                <w:sz w:val="32"/>
              </w:rPr>
              <w:t>cole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>: mati</w:t>
            </w:r>
            <w:r w:rsidRPr="0044206D">
              <w:rPr>
                <w:rFonts w:ascii="Calibri" w:hAnsi="Calibri" w:cs="Calibri"/>
                <w:sz w:val="32"/>
              </w:rPr>
              <w:t>è</w:t>
            </w:r>
            <w:r w:rsidRPr="0044206D">
              <w:rPr>
                <w:rFonts w:ascii="Kinetic Letters Joined" w:hAnsi="Kinetic Letters Joined"/>
                <w:sz w:val="32"/>
              </w:rPr>
              <w:t xml:space="preserve">res (les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maths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, le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fran</w:t>
            </w:r>
            <w:r w:rsidRPr="0044206D">
              <w:rPr>
                <w:rFonts w:ascii="Calibri" w:hAnsi="Calibri" w:cs="Calibri"/>
                <w:sz w:val="32"/>
              </w:rPr>
              <w:t>ç</w:t>
            </w:r>
            <w:r w:rsidRPr="0044206D">
              <w:rPr>
                <w:rFonts w:ascii="Kinetic Letters Joined" w:hAnsi="Kinetic Letters Joined"/>
                <w:sz w:val="32"/>
              </w:rPr>
              <w:t>ais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) +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j</w:t>
            </w:r>
            <w:r w:rsidRPr="0044206D">
              <w:rPr>
                <w:rFonts w:ascii="Kinetic Letters Joined" w:hAnsi="Kinetic Letters Joined" w:cs="Kinetic Letters Joined"/>
                <w:sz w:val="32"/>
              </w:rPr>
              <w:t>’</w:t>
            </w:r>
            <w:r w:rsidRPr="0044206D">
              <w:rPr>
                <w:rFonts w:ascii="Kinetic Letters Joined" w:hAnsi="Kinetic Letters Joined"/>
                <w:sz w:val="32"/>
              </w:rPr>
              <w:t>adore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/je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d</w:t>
            </w:r>
            <w:r w:rsidRPr="0044206D">
              <w:rPr>
                <w:rFonts w:ascii="Calibri" w:hAnsi="Calibri" w:cs="Calibri"/>
                <w:sz w:val="32"/>
              </w:rPr>
              <w:t>é</w:t>
            </w:r>
            <w:r w:rsidRPr="0044206D">
              <w:rPr>
                <w:rFonts w:ascii="Kinetic Letters Joined" w:hAnsi="Kinetic Letters Joined"/>
                <w:sz w:val="32"/>
              </w:rPr>
              <w:t>teste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>; la sant</w:t>
            </w:r>
            <w:r w:rsidRPr="0044206D">
              <w:rPr>
                <w:rFonts w:ascii="Calibri" w:hAnsi="Calibri" w:cs="Calibri"/>
                <w:sz w:val="32"/>
              </w:rPr>
              <w:t>é</w:t>
            </w:r>
            <w:r w:rsidRPr="0044206D">
              <w:rPr>
                <w:rFonts w:ascii="Kinetic Letters Joined" w:hAnsi="Kinetic Letters Joined"/>
                <w:sz w:val="32"/>
              </w:rPr>
              <w:t>: je mange/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bois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,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sain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>/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malsain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;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futur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proche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: je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vais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+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infinitif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>; pass</w:t>
            </w:r>
            <w:r w:rsidRPr="0044206D">
              <w:rPr>
                <w:rFonts w:ascii="Calibri" w:hAnsi="Calibri" w:cs="Calibri"/>
                <w:sz w:val="32"/>
              </w:rPr>
              <w:t>é</w:t>
            </w:r>
            <w:r w:rsidRPr="0044206D">
              <w:rPr>
                <w:rFonts w:ascii="Kinetic Letters Joined" w:hAnsi="Kinetic Letters Joined"/>
                <w:sz w:val="32"/>
              </w:rPr>
              <w:t xml:space="preserve">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compos</w:t>
            </w:r>
            <w:r w:rsidRPr="0044206D">
              <w:rPr>
                <w:rFonts w:ascii="Calibri" w:hAnsi="Calibri" w:cs="Calibri"/>
                <w:sz w:val="32"/>
              </w:rPr>
              <w:t>é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(intro):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j</w:t>
            </w:r>
            <w:r w:rsidRPr="0044206D">
              <w:rPr>
                <w:rFonts w:ascii="Kinetic Letters Joined" w:hAnsi="Kinetic Letters Joined" w:cs="Kinetic Letters Joined"/>
                <w:sz w:val="32"/>
              </w:rPr>
              <w:t>’</w:t>
            </w:r>
            <w:r w:rsidRPr="0044206D">
              <w:rPr>
                <w:rFonts w:ascii="Kinetic Letters Joined" w:hAnsi="Kinetic Letters Joined"/>
                <w:sz w:val="32"/>
              </w:rPr>
              <w:t>ai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jou</w:t>
            </w:r>
            <w:r w:rsidRPr="0044206D">
              <w:rPr>
                <w:rFonts w:ascii="Calibri" w:hAnsi="Calibri" w:cs="Calibri"/>
                <w:sz w:val="32"/>
              </w:rPr>
              <w:t>é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>/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j</w:t>
            </w:r>
            <w:r w:rsidRPr="0044206D">
              <w:rPr>
                <w:rFonts w:ascii="Kinetic Letters Joined" w:hAnsi="Kinetic Letters Joined" w:cs="Kinetic Letters Joined"/>
                <w:sz w:val="32"/>
              </w:rPr>
              <w:t>’</w:t>
            </w:r>
            <w:r w:rsidRPr="0044206D">
              <w:rPr>
                <w:rFonts w:ascii="Kinetic Letters Joined" w:hAnsi="Kinetic Letters Joined"/>
                <w:sz w:val="32"/>
              </w:rPr>
              <w:t>ai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mang</w:t>
            </w:r>
            <w:r w:rsidRPr="0044206D">
              <w:rPr>
                <w:rFonts w:ascii="Calibri" w:hAnsi="Calibri" w:cs="Calibri"/>
                <w:sz w:val="32"/>
              </w:rPr>
              <w:t>é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;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pr</w:t>
            </w:r>
            <w:r w:rsidRPr="0044206D">
              <w:rPr>
                <w:rFonts w:ascii="Calibri" w:hAnsi="Calibri" w:cs="Calibri"/>
                <w:sz w:val="32"/>
              </w:rPr>
              <w:t>é</w:t>
            </w:r>
            <w:r w:rsidRPr="0044206D">
              <w:rPr>
                <w:rFonts w:ascii="Kinetic Letters Joined" w:hAnsi="Kinetic Letters Joined"/>
                <w:sz w:val="32"/>
              </w:rPr>
              <w:t>positions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: dans, sur, sous,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devant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>, derri</w:t>
            </w:r>
            <w:r w:rsidRPr="0044206D">
              <w:rPr>
                <w:rFonts w:ascii="Calibri" w:hAnsi="Calibri" w:cs="Calibri"/>
                <w:sz w:val="32"/>
              </w:rPr>
              <w:t>è</w:t>
            </w:r>
            <w:r w:rsidRPr="0044206D">
              <w:rPr>
                <w:rFonts w:ascii="Kinetic Letters Joined" w:hAnsi="Kinetic Letters Joined"/>
                <w:sz w:val="32"/>
              </w:rPr>
              <w:t xml:space="preserve">re;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connecteurs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: et,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mais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,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parce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 que;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adverbes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: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souvent</w:t>
            </w:r>
            <w:proofErr w:type="spellEnd"/>
            <w:r w:rsidRPr="0044206D">
              <w:rPr>
                <w:rFonts w:ascii="Kinetic Letters Joined" w:hAnsi="Kinetic Letters Joined"/>
                <w:sz w:val="32"/>
              </w:rPr>
              <w:t xml:space="preserve">, </w:t>
            </w:r>
            <w:proofErr w:type="spellStart"/>
            <w:r w:rsidRPr="0044206D">
              <w:rPr>
                <w:rFonts w:ascii="Kinetic Letters Joined" w:hAnsi="Kinetic Letters Joined"/>
                <w:sz w:val="32"/>
              </w:rPr>
              <w:t>parfois</w:t>
            </w:r>
            <w:proofErr w:type="spellEnd"/>
          </w:p>
        </w:tc>
      </w:tr>
      <w:bookmarkEnd w:id="0"/>
    </w:tbl>
    <w:p w:rsidR="00012C72" w:rsidRPr="00012C72" w:rsidRDefault="00012C72" w:rsidP="00653AE8">
      <w:pPr>
        <w:rPr>
          <w:rFonts w:ascii="Kinetic Letters Joined" w:hAnsi="Kinetic Letters Joined"/>
          <w:sz w:val="32"/>
        </w:rPr>
      </w:pPr>
    </w:p>
    <w:sectPr w:rsidR="00012C72" w:rsidRPr="00012C72" w:rsidSect="00012C72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 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2C72"/>
    <w:rsid w:val="00034616"/>
    <w:rsid w:val="0006063C"/>
    <w:rsid w:val="0015074B"/>
    <w:rsid w:val="00191E39"/>
    <w:rsid w:val="0029639D"/>
    <w:rsid w:val="00326F90"/>
    <w:rsid w:val="0044206D"/>
    <w:rsid w:val="00653AE8"/>
    <w:rsid w:val="00892FF0"/>
    <w:rsid w:val="00910C5D"/>
    <w:rsid w:val="00AA1D8D"/>
    <w:rsid w:val="00B47730"/>
    <w:rsid w:val="00CB0664"/>
    <w:rsid w:val="00FB2C3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72E9D1D"/>
  <w14:defaultImageDpi w14:val="300"/>
  <w15:docId w15:val="{BD440DCF-0F0E-48F8-A213-47D670F88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98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054DFD-F12E-42A5-8B12-1E5A67979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Lesley-Ann Blackhurst</cp:lastModifiedBy>
  <cp:revision>3</cp:revision>
  <dcterms:created xsi:type="dcterms:W3CDTF">2026-03-08T09:37:00Z</dcterms:created>
  <dcterms:modified xsi:type="dcterms:W3CDTF">2026-03-08T09:38:00Z</dcterms:modified>
  <cp:category/>
</cp:coreProperties>
</file>